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400"/>
        <w:jc w:val="center"/>
        <w:bidi/>
      </w:pPr>
      <w:r>
        <w:rPr>
          <w:rFonts w:ascii="Arial" w:hAnsi="Arial" w:cs="Arial"/>
          <w:b/>
          <w:color w:val="141414"/>
          <w:sz w:val="60"/>
        </w:rPr>
        <w:t>[عنوان الكتاب]</w:t>
      </w:r>
    </w:p>
    <w:p>
      <w:pPr>
        <w:jc w:val="center"/>
        <w:bidi/>
      </w:pPr>
      <w:r>
        <w:rPr>
          <w:rFonts w:ascii="Arial" w:hAnsi="Arial" w:cs="Arial"/>
          <w:b w:val="0"/>
          <w:color w:val="5A5A5A"/>
          <w:sz w:val="30"/>
        </w:rPr>
        <w:t>[عنوان فرعي اختياري]</w:t>
      </w:r>
    </w:p>
    <w:p>
      <w:pPr>
        <w:spacing w:before="1600"/>
        <w:jc w:val="center"/>
        <w:bidi/>
      </w:pPr>
      <w:r>
        <w:rPr>
          <w:rFonts w:ascii="Arial" w:hAnsi="Arial" w:cs="Arial"/>
          <w:b/>
          <w:sz w:val="34"/>
        </w:rPr>
        <w:t>[اسم الكاتب]</w:t>
      </w:r>
    </w:p>
    <w:p>
      <w:r>
        <w:br w:type="page"/>
      </w:r>
    </w:p>
    <w:p>
      <w:pPr>
        <w:spacing w:after="360"/>
        <w:jc w:val="center"/>
        <w:bidi/>
      </w:pPr>
      <w:r>
        <w:rPr>
          <w:rFonts w:ascii="Arial" w:hAnsi="Arial" w:cs="Arial"/>
          <w:b/>
          <w:sz w:val="44"/>
        </w:rPr>
        <w:t>صفحة الحقوق</w:t>
      </w:r>
    </w:p>
    <w:p>
      <w:pPr>
        <w:spacing w:after="140"/>
        <w:jc w:val="right"/>
        <w:bidi/>
      </w:pPr>
      <w:r>
        <w:rPr>
          <w:rFonts w:ascii="Arial" w:hAnsi="Arial" w:cs="Arial"/>
          <w:b w:val="0"/>
          <w:sz w:val="24"/>
        </w:rPr>
        <w:t>© [السنة] [اسم الكاتب]. جميع الحقوق محفوظة.</w:t>
      </w:r>
    </w:p>
    <w:p>
      <w:pPr>
        <w:spacing w:after="140"/>
        <w:jc w:val="right"/>
        <w:bidi/>
      </w:pPr>
      <w:r>
        <w:rPr>
          <w:rFonts w:ascii="Arial" w:hAnsi="Arial" w:cs="Arial"/>
          <w:b w:val="0"/>
          <w:sz w:val="24"/>
        </w:rPr>
        <w:t>الطبعة: [الأولى / الثانية]</w:t>
      </w:r>
    </w:p>
    <w:p>
      <w:pPr>
        <w:spacing w:after="140"/>
        <w:jc w:val="right"/>
        <w:bidi/>
      </w:pPr>
      <w:r>
        <w:rPr>
          <w:rFonts w:ascii="Arial" w:hAnsi="Arial" w:cs="Arial"/>
          <w:b w:val="0"/>
          <w:sz w:val="24"/>
        </w:rPr>
        <w:t>ISBN: [إن وجد]</w:t>
      </w:r>
    </w:p>
    <w:p>
      <w:pPr>
        <w:spacing w:after="140"/>
        <w:jc w:val="right"/>
        <w:bidi/>
      </w:pPr>
      <w:r>
        <w:rPr>
          <w:rFonts w:ascii="Arial" w:hAnsi="Arial" w:cs="Arial"/>
          <w:b w:val="0"/>
          <w:sz w:val="24"/>
        </w:rPr>
        <w:t>تصميم الغلاف: [الاسم]</w:t>
      </w:r>
    </w:p>
    <w:p>
      <w:pPr>
        <w:spacing w:after="140"/>
        <w:jc w:val="right"/>
        <w:bidi/>
      </w:pPr>
      <w:r>
        <w:rPr>
          <w:rFonts w:ascii="Arial" w:hAnsi="Arial" w:cs="Arial"/>
          <w:b w:val="0"/>
          <w:sz w:val="24"/>
        </w:rPr>
        <w:t>تدقيق لغوي: [الاسم]</w:t>
      </w:r>
    </w:p>
    <w:p>
      <w:pPr>
        <w:spacing w:after="140"/>
        <w:jc w:val="right"/>
        <w:bidi/>
      </w:pPr>
      <w:r>
        <w:rPr>
          <w:rFonts w:ascii="Arial" w:hAnsi="Arial" w:cs="Arial"/>
          <w:b w:val="0"/>
          <w:sz w:val="24"/>
        </w:rPr>
        <w:t>لا يجوز إعادة نشر أي جزء من هذا الكتاب دون إذن خطي من صاحب الحقوق.</w:t>
      </w:r>
    </w:p>
    <w:p>
      <w:r>
        <w:br w:type="page"/>
      </w:r>
    </w:p>
    <w:p>
      <w:pPr>
        <w:spacing w:after="500"/>
        <w:jc w:val="center"/>
        <w:bidi/>
      </w:pPr>
      <w:r>
        <w:rPr>
          <w:rFonts w:ascii="Arial" w:hAnsi="Arial" w:cs="Arial"/>
          <w:b/>
          <w:sz w:val="44"/>
        </w:rPr>
        <w:t>إهداء</w:t>
      </w:r>
    </w:p>
    <w:p>
      <w:pPr>
        <w:spacing w:after="200"/>
        <w:jc w:val="center"/>
        <w:bidi/>
      </w:pPr>
      <w:r>
        <w:rPr>
          <w:rFonts w:ascii="Arial" w:hAnsi="Arial" w:cs="Arial"/>
          <w:b w:val="0"/>
          <w:color w:val="5A5A5A"/>
          <w:sz w:val="28"/>
        </w:rPr>
        <w:t>[اكتب الإهداء هنا…]</w:t>
      </w:r>
    </w:p>
    <w:p>
      <w:r>
        <w:br w:type="page"/>
      </w:r>
    </w:p>
    <w:p>
      <w:pPr>
        <w:spacing w:after="400"/>
        <w:jc w:val="center"/>
        <w:bidi/>
      </w:pPr>
      <w:r>
        <w:rPr>
          <w:rFonts w:ascii="Arial" w:hAnsi="Arial" w:cs="Arial"/>
          <w:b/>
          <w:sz w:val="44"/>
        </w:rPr>
        <w:t>الفهرس</w:t>
      </w:r>
    </w:p>
    <w:p>
      <w:pPr>
        <w:spacing w:after="240"/>
        <w:jc w:val="center"/>
        <w:bidi/>
      </w:pPr>
      <w:r>
        <w:rPr>
          <w:rFonts w:ascii="Arial" w:hAnsi="Arial" w:cs="Arial"/>
          <w:b w:val="0"/>
          <w:color w:val="646464"/>
          <w:sz w:val="22"/>
        </w:rPr>
        <w:t>استخدم References &gt; Table of Contents بعد تطبيق نمط Heading 1 على عناوين الفصول.</w:t>
      </w:r>
    </w:p>
    <w:p>
      <w:pPr>
        <w:spacing w:after="80"/>
        <w:jc w:val="right"/>
        <w:bidi/>
      </w:pPr>
      <w:r>
        <w:rPr>
          <w:rFonts w:ascii="Arial" w:hAnsi="Arial" w:cs="Arial"/>
          <w:b w:val="0"/>
          <w:sz w:val="26"/>
        </w:rPr>
        <w:t>الفصل 1 ........................................ 7</w:t>
      </w:r>
    </w:p>
    <w:p>
      <w:pPr>
        <w:spacing w:after="80"/>
        <w:jc w:val="right"/>
        <w:bidi/>
      </w:pPr>
      <w:r>
        <w:rPr>
          <w:rFonts w:ascii="Arial" w:hAnsi="Arial" w:cs="Arial"/>
          <w:b w:val="0"/>
          <w:sz w:val="26"/>
        </w:rPr>
        <w:t>الفصل 2 ........................................ 14</w:t>
      </w:r>
    </w:p>
    <w:p>
      <w:pPr>
        <w:spacing w:after="80"/>
        <w:jc w:val="right"/>
        <w:bidi/>
      </w:pPr>
      <w:r>
        <w:rPr>
          <w:rFonts w:ascii="Arial" w:hAnsi="Arial" w:cs="Arial"/>
          <w:b w:val="0"/>
          <w:sz w:val="26"/>
        </w:rPr>
        <w:t>الفصل 3 ........................................ 21</w:t>
      </w:r>
    </w:p>
    <w:p>
      <w:pPr>
        <w:spacing w:after="80"/>
        <w:jc w:val="right"/>
        <w:bidi/>
      </w:pPr>
      <w:r>
        <w:rPr>
          <w:rFonts w:ascii="Arial" w:hAnsi="Arial" w:cs="Arial"/>
          <w:b w:val="0"/>
          <w:sz w:val="26"/>
        </w:rPr>
        <w:t>الفصل 4 ........................................ 28</w:t>
      </w:r>
    </w:p>
    <w:p>
      <w:pPr>
        <w:spacing w:after="80"/>
        <w:jc w:val="right"/>
        <w:bidi/>
      </w:pPr>
      <w:r>
        <w:rPr>
          <w:rFonts w:ascii="Arial" w:hAnsi="Arial" w:cs="Arial"/>
          <w:b w:val="0"/>
          <w:sz w:val="26"/>
        </w:rPr>
        <w:t>الفصل 5 ........................................ 35</w:t>
      </w:r>
    </w:p>
    <w:p>
      <w:r>
        <w:br w:type="page"/>
      </w:r>
    </w:p>
    <w:p>
      <w:pPr>
        <w:spacing w:after="360"/>
        <w:jc w:val="right"/>
        <w:bidi/>
      </w:pPr>
      <w:r>
        <w:rPr>
          <w:rFonts w:ascii="Arial" w:hAnsi="Arial" w:cs="Arial"/>
          <w:b/>
          <w:sz w:val="46"/>
        </w:rPr>
        <w:t>مقدمة</w:t>
      </w:r>
    </w:p>
    <w:p>
      <w:pPr>
        <w:spacing w:after="200"/>
        <w:jc w:val="both"/>
        <w:bidi/>
      </w:pPr>
      <w:r>
        <w:rPr>
          <w:rFonts w:ascii="Arial" w:hAnsi="Arial" w:cs="Arial"/>
          <w:b w:val="0"/>
          <w:color w:val="414141"/>
          <w:sz w:val="26"/>
        </w:rPr>
        <w:t>[ابدأ هنا بمقدمة قصيرة توضح للقارئ لماذا كُتب هذا الكتاب وما الذي ينتظره.]</w:t>
      </w:r>
    </w:p>
    <w:p>
      <w:pPr>
        <w:spacing w:after="200"/>
        <w:jc w:val="both"/>
        <w:bidi/>
      </w:pPr>
      <w:r>
        <w:rPr>
          <w:rFonts w:ascii="Arial" w:hAnsi="Arial" w:cs="Arial"/>
          <w:b w:val="0"/>
          <w:color w:val="414141"/>
          <w:sz w:val="26"/>
        </w:rPr>
        <w:t>[قسّم النص إلى فقرات قصيرة نسبيًا، ولا تستخدم المسافات اليدوية لصنع الهوامش.]</w:t>
      </w:r>
    </w:p>
    <w:p>
      <w:r>
        <w:br w:type="page"/>
      </w:r>
    </w:p>
    <w:p>
      <w:pPr>
        <w:spacing w:after="120"/>
        <w:jc w:val="right"/>
        <w:bidi/>
      </w:pPr>
      <w:r>
        <w:rPr>
          <w:rFonts w:ascii="Arial" w:hAnsi="Arial" w:cs="Arial"/>
          <w:b/>
          <w:sz w:val="48"/>
        </w:rPr>
        <w:t>الفصل الأول</w:t>
      </w:r>
    </w:p>
    <w:p>
      <w:pPr>
        <w:spacing w:after="360"/>
        <w:jc w:val="right"/>
        <w:bidi/>
      </w:pPr>
      <w:r>
        <w:rPr>
          <w:rFonts w:ascii="Arial" w:hAnsi="Arial" w:cs="Arial"/>
          <w:b/>
          <w:sz w:val="36"/>
        </w:rPr>
        <w:t>[عنوان الفصل]</w:t>
      </w:r>
    </w:p>
    <w:p>
      <w:pPr>
        <w:spacing w:after="200"/>
        <w:jc w:val="both"/>
        <w:bidi/>
      </w:pPr>
      <w:r>
        <w:rPr>
          <w:rFonts w:ascii="Arial" w:hAnsi="Arial" w:cs="Arial"/>
          <w:b w:val="0"/>
          <w:sz w:val="26"/>
        </w:rPr>
        <w:t>[اكتب نص الفصل هنا. استخدم هذا القالب كبداية، ثم انسخ صفحات الفصول حسب حاجتك. حافظ على تنسيق موحد للعناوين والنصوص.]</w:t>
      </w:r>
    </w:p>
    <w:p>
      <w:pPr>
        <w:spacing w:after="200"/>
        <w:jc w:val="both"/>
        <w:bidi/>
      </w:pPr>
      <w:r>
        <w:rPr>
          <w:rFonts w:ascii="Arial" w:hAnsi="Arial" w:cs="Arial"/>
          <w:b w:val="0"/>
          <w:sz w:val="26"/>
        </w:rPr>
        <w:t>[اكتب نص الفصل هنا. استخدم هذا القالب كبداية، ثم انسخ صفحات الفصول حسب حاجتك. حافظ على تنسيق موحد للعناوين والنصوص.]</w:t>
      </w:r>
    </w:p>
    <w:p>
      <w:pPr>
        <w:spacing w:after="200"/>
        <w:jc w:val="both"/>
        <w:bidi/>
      </w:pPr>
      <w:r>
        <w:rPr>
          <w:rFonts w:ascii="Arial" w:hAnsi="Arial" w:cs="Arial"/>
          <w:b w:val="0"/>
          <w:sz w:val="26"/>
        </w:rPr>
        <w:t>[اكتب نص الفصل هنا. استخدم هذا القالب كبداية، ثم انسخ صفحات الفصول حسب حاجتك. حافظ على تنسيق موحد للعناوين والنصوص.]</w:t>
      </w:r>
    </w:p>
    <w:p>
      <w:pPr>
        <w:spacing w:after="200"/>
        <w:jc w:val="both"/>
        <w:bidi/>
      </w:pPr>
      <w:r>
        <w:rPr>
          <w:rFonts w:ascii="Arial" w:hAnsi="Arial" w:cs="Arial"/>
          <w:b w:val="0"/>
          <w:sz w:val="26"/>
        </w:rPr>
        <w:t>[اكتب نص الفصل هنا. استخدم هذا القالب كبداية، ثم انسخ صفحات الفصول حسب حاجتك. حافظ على تنسيق موحد للعناوين والنصوص.]</w:t>
      </w:r>
    </w:p>
    <w:p>
      <w:r>
        <w:br w:type="page"/>
      </w:r>
    </w:p>
    <w:p>
      <w:pPr>
        <w:spacing w:after="280"/>
        <w:jc w:val="right"/>
        <w:bidi/>
      </w:pPr>
      <w:r>
        <w:rPr>
          <w:rFonts w:ascii="Arial" w:hAnsi="Arial" w:cs="Arial"/>
          <w:b/>
          <w:sz w:val="44"/>
        </w:rPr>
        <w:t>عن الكاتب</w:t>
      </w:r>
    </w:p>
    <w:p>
      <w:pPr>
        <w:spacing w:after="200"/>
        <w:jc w:val="both"/>
        <w:bidi/>
      </w:pPr>
      <w:r>
        <w:rPr>
          <w:rFonts w:ascii="Arial" w:hAnsi="Arial" w:cs="Arial"/>
          <w:b w:val="0"/>
          <w:color w:val="414141"/>
          <w:sz w:val="26"/>
        </w:rPr>
        <w:t>[نبذة قصيرة عن الكاتب، أهم الأعمال، وروابط التواصل أو الموقع.]</w:t>
      </w:r>
    </w:p>
    <w:p>
      <w:pPr>
        <w:spacing w:after="100"/>
        <w:jc w:val="right"/>
        <w:bidi/>
      </w:pPr>
      <w:r>
        <w:rPr>
          <w:rFonts w:ascii="Arial" w:hAnsi="Arial" w:cs="Arial"/>
          <w:b/>
          <w:sz w:val="22"/>
        </w:rPr>
        <w:t>www.saleemshams.com</w:t>
      </w:r>
    </w:p>
    <w:sectPr w:rsidR="00FC693F" w:rsidRPr="0006063C" w:rsidSect="00034616">
      <w:footerReference w:type="default" r:id="rId9"/>
      <w:pgSz w:w="8391" w:h="11906"/>
      <w:pgMar w:top="1020" w:right="964" w:bottom="102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bidi/>
    </w:pPr>
    <w:r>
      <w:rPr>
        <w:rFonts w:ascii="Arial" w:hAnsi="Arial" w:cs="Arial"/>
        <w:b w:val="0"/>
        <w:sz w:val="18"/>
      </w:rPr>
      <w:t xml:space="preserve">صفحة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